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 טוב, חברה טובה - לשים לב ולעזור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עושים כשחברים עצובים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אני רואה שאת עצובה, אני פה בשבילך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אכפת לה ולא יכולה לעזור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נועה רואה שאנה שקטה ולא כרגיל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נועה מקשיבה בשקט ולא צוחקת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סוד עצוב וכבד לא שומרים לבד,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אומר שאכפת, לא בגידה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נוכחות שקטה היא גם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בדף כדרך לעזור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(החבר מדבר הרבה, ועכשיו הוא שקט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בא למשחקים ולא עונה להודעות)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בא לחוג שהוא אהב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(עצוב ועייף כמעט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ברשת שירים או משפטים עצובים)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עושים?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רואים: שמים לב שמשהו השתנה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בשקט: אני רואה שאת עצוב, אני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לצחוק ובלי לזלזל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שומרים סוד עצוב וכבד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מספרים למבוגר כמו יועצת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הודעה אמפתית הכוללת לפחות אחת מהמילים המוצעות, בטון תומך ולא שיפוטי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מציע פעולות כמו לגשת ולדבר, להציע לשבת יחד, לספר למבוגר אם זה נמשך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שהיא נהייתה שקטה ולא כרגיל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שומרים לבד, 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חוסן מורים או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להזכיר שהשיתוף תמיד רשות ואפשר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עולה סיפור אמיתי מתלמיד, לעצור ולפנות אליו בנפרד אחרי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קבוצתית קצרה אחרי חלק הכתיבה האישית, בלי לחייב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 טוב, חברה טובה - לשים לב ולעזור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סיפורן של נועה ואנה, ונלמד איך מזהים שלחבר קשה ומה עושים כדי לעזור.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שקטה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נועה אומרת לאנה?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עצובה, זה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רואה שאת עצובה, אני פה בשבילך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את לא באה לחוג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לי את הסוד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אנה עונה לנועה?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בואי נרקוד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הולכת נועה אחרי שהיא מקשיבה לאנה?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למורה לספורט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להורים של אנה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נועה הולכת ליועצת?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לא אוהבת את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בגידה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אכפת לה ולא יכולה לעזור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אנה ביקשה ממנה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שמה לב שאנה השתנתה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צוחקת על אנה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עצוב שומרים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ליועצת זה בגידה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גם בשקט, רק להיות ליד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טוב רואה, שואל, מקשיב ומספר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חבר שקט מאוד כל הזמן, זה יכול להיות __________ שקשה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אומרת לאנה: אני __________ בשבילך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לשמור __________ עצוב וכבד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 לא צריך לעזור __________, אפשר 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לפנות ליועצת או לנאמני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סימן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שקט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ברשת שירים או משפטים עצובים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יושב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בא לחוג שהוא אהב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אוהב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בא למשחקים ולא עונה להודעות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עצוב הרבה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החבר מדבר הרבה, ועכשיו הוא שקט כל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 דברים עצובים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עצוב ועייף כמעט כל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עושים?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כמו יועצת או נאמן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רואים: שמים לב שמשהו השתנה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שומרים סוד עצוב וכבד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בלי לצחוק ובלי לזלזל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בשקט: אני רואה שאת עצוב, אני 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לחבר או לחברה שנראים עצובים. אפשר להשתמש במילים: אני פה, אכפת לי, רוצה לדבר?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יושב לבד בהפסקה הרבה ימים. מה הייתם עושים? כתבו שתי פעולות.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הסימן הראשון שנועה שמה לב אליו אצל 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כשחבר מספר לנו סוד עצוב וכבד?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כשדואגים לחבר?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 טוב, חברה טובה - לשים לב ולעזור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