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 טוב, חברה טובה - לשים לב ולעזור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שלחבר או לחברה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עושים כשחברים עצובים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פונים כשצריך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אני רואה שאת עצובה, אני פה בשבילך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קשה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 אכפת לה ולא יכולה לעזור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נועה רואה שאנה שקטה ולא כרגיל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נועה מקשיבה בשקט ולא צוחקת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סוד עצוב וכבד לא שומרים לבד, מספרים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אומר שאכפת, לא בגידה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נוכחות שקטה היא גם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בדף כדרך לעזור לחבר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סימן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(החבר מדבר הרבה, ועכשיו הוא שקט כל 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(לא בא למשחקים ולא עונה להודעות)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(לא בא לחוג שהוא אהב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(עצוב ועייף כמעט כל 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(שם ברשת שירים או משפטים עצובים)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עושים?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רואים: שמים לב שמשהו השתנה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בשקט: אני רואה שאת עצוב, אני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בלי לצחוק ובלי לזלזל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שומרים סוד עצוב וכבד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מספרים למבוגר כמו יועצת או נאמן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הודעה אמפתית הכוללת לפחות אחת מהמילים המוצעות, בטון תומך ולא שיפוטי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מציע פעולות כמו לגשת ולדבר, להציע לשבת יחד, לספר למבוגר אם זה נמשך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שהיא נהייתה שקטה ולא כרגיל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שומרים לבד, מספרים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ליועצת, לנאמני חוסן מורים או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 להזכיר שהשיתוף תמיד רשות ואפשר לדלג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עולה סיפור אמיתי מתלמיד, לעצור ולפנות אליו בנפרד אחרי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קבוצתית קצרה אחרי חלק הכתיבה האישית, בלי לחייב שיתוף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 טוב, חברה טובה - לשים לב ולעזור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על נועה ואנה. נלמד איך רואים שלחבר קשה. נלמד איך עוזרים.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מדבר, לא צוחק כמו קודם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נאמן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 או תלמיד שעוזר כשקשה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יועצת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מבוגרת בבית הספר שעוזרת ברגשות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 עצוב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קשה שאסור לשמור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בגידה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משהו רע לחבר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להקשיב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לשמוע בלי לצחוק ובלי לזלזל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לשים 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להרגיש שמשהו השתנה אצל 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נהייתה שקטה?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היועצת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נועה אומרת בשקט?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עצובה, זה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רואה שאת עצובה, אני פה בשבילך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את לא באה לחוג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 לי את הסוד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אנה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בואי נרקוד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נועה הולכת לעזרה?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למורה לספורט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ליועצת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להורים של אנה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נועה הולכת ליועצת?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לא אוהבת את 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בגידה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אכפת לה ולא יכולה לעזור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אנה ביקשה ממנה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שמה לב שאנה השתנתה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צוחקת על אנה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עצוב שומרים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ללכת ליועצת זה בגידה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לעזור גם בשקט, רק להיות ליד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טוב רואה, שואל, מקשיב ומספר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חבר שקט מאוד כל הזמן, זה יכול להיות __________ שקשה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נועה אומרת לאנה: אני __________ בשבילך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לשמור __________ עצוב וכבד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חבר לא צריך לעזור __________, אפשר לספר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לפנות ליועצת או לנאמני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סימן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שקט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ברשת שירים או משפטים עצובים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יושב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עצוב ועייף כמעט כל 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 אוהב מה שאהב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החבר מדבר הרבה, ועכשיו הוא שקט כל הזמן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עצוב הרבה 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בא למשחקים ולא עונה להודעות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כותב דברים עצובים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בא לחוג שהוא אהב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עושים?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בשקט: אני רואה שאת עצוב, אני 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בלי לצחוק ובלי לזלזל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שומרים סוד עצוב וכבד 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למבוגר כמו יועצת או נאמן חוסן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רואים: שמים לב שמשהו השתנה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הודעה קצרה לחבר או לחברה שנראים עצובים. אפשר להשתמש במילים: אני פה, אכפת לי, רוצה לדבר?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 יושב לבד בהפסקה הרבה ימים. מה הייתם עושים? כתבו שתי פעולות.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הסימן הראשון שנועה שמה לב אליו אצל אנה?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כשחבר מספר לנו סוד עצוב וכבד?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כשדואגים לחבר?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חבר טוב, חברה טובה - לשים לב ולעזור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