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עושים כשחברים עצובים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אני רואה שאת עצובה, אני פה בשבילך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נועה רואה שאנה שקטה ולא כרגיל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נועה מקשיבה בשקט ולא צוחקת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סוד עצוב וכבד לא שומרים לבד, מספרים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(החבר מדבר הרבה, ועכשיו הוא שקט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בא למשחקים ולא עונה להודעות)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בא לחוג שהוא אהב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(עצוב ועייף כמעט כל 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עושים?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רואים: שמים לב שמשהו השתנה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בשקט: אני רואה שאת עצוב, אני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בלי לצחוק ובלי לזלזל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שומרים סוד עצוב וכבד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הודעה אמפתית הכוללת לפחות אחת מהמילים המוצעות, בטון תומך ולא שיפוטי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שהיא נהייתה שקטה ולא כרגיל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שומרים לבד, מספרים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להזכיר שהשיתוף תמיד רשות ואפשר לדלג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עולה סיפור אמיתי מתלמיד, לעצור ולפנות אליו בנפרד אחרי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קבוצתית קצרה אחרי חלק הכתיבה האישית, בלי לחייב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חבר טוב, חברה טובה - לשים לב ולעזור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סיפורן של נועה ואנה, ונלמד איך מזהים שלחבר קשה ומה עושים כדי לעזור.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סוד  ·  פה  ·  סימן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שקטה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נועה אומרת לאנה?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עצובה, זה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רואה שאת עצובה, אני פה בשבילך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למה את לא באה לחוג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שמה לב שאנה השתנתה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נועה צוחקת על אנה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סוד עצוב שומרים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חבר שקט מאוד כל הזמן, זה יכול להיות __________ שקשה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נועה אומרת לאנה: אני __________ בשבילך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אסור לשמור __________ עצוב וכבד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סימן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עצוב ועייף כמעט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יושב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לא בא לחוג שהוא אהב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 אוהב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בא למשחקים ולא עונה להודעות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עצוב הרבה 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החבר מדבר הרבה, ועכשיו הוא שקט כל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עושים?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 שומרים סוד עצוב וכבד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בלי לצחוק ובלי לזלזל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בשקט: אני רואה שאת עצוב, אני 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רואים: שמים לב שמשהו השתנה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הודעה קצרה לחבר או לחברה שנראים עצובים. אפשר להשתמש במילים: אני פה, אכפת לי, רוצה לדבר?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הסימן הראשון שנועה שמה לב אליו אצל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כשחבר מספר לנו סוד עצוב וכבד?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חבר טוב, חברה טובה - לשים לב ולעזור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